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296000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uiles_Toit_Pan_1_Pays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96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/>
      <w:pgMar w:top="283" w:right="283" w:bottom="283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