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7200000" cy="72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line_art_black_and_white_illustration_of_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701" w:right="283" w:bottom="1134" w:left="2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