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4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black_and_white_detailed_line_art_ink_drawing_c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70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