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220000" cy="52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netre_carre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52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220000" cy="522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netre_carre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522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42" w:right="1559" w:bottom="142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